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2D833" w14:textId="15326D57" w:rsidR="003B429B" w:rsidRDefault="003B429B" w:rsidP="003B429B">
      <w:pPr>
        <w:pStyle w:val="Subtitle"/>
        <w:jc w:val="center"/>
      </w:pPr>
      <w:r>
        <w:rPr>
          <w:noProof/>
        </w:rPr>
        <w:drawing>
          <wp:inline distT="0" distB="0" distL="0" distR="0" wp14:anchorId="0FCDC0E6" wp14:editId="4D0D6041">
            <wp:extent cx="1243965" cy="640080"/>
            <wp:effectExtent l="0" t="0" r="0" b="7620"/>
            <wp:docPr id="1607987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3965" cy="640080"/>
                    </a:xfrm>
                    <a:prstGeom prst="rect">
                      <a:avLst/>
                    </a:prstGeom>
                    <a:noFill/>
                  </pic:spPr>
                </pic:pic>
              </a:graphicData>
            </a:graphic>
          </wp:inline>
        </w:drawing>
      </w:r>
    </w:p>
    <w:p w14:paraId="357FB8B7" w14:textId="6A9E4A3D" w:rsidR="005A67E5" w:rsidRDefault="003B429B">
      <w:pPr>
        <w:pStyle w:val="Subtitle"/>
      </w:pPr>
      <w:r>
        <w:t>PA</w:t>
      </w:r>
      <w:r w:rsidR="00000000">
        <w:t>RENT / CARER / REPRESENTATIVE SUBJECT ACCESS REQUEST FORM</w:t>
      </w:r>
    </w:p>
    <w:p w14:paraId="7FDE07D6" w14:textId="18C95E40" w:rsidR="005A67E5" w:rsidRDefault="00000000">
      <w:r>
        <w:t xml:space="preserve">Application for access to personal information under the UK GDPR and Data Protection Act </w:t>
      </w:r>
      <w:r w:rsidR="00FA7F99">
        <w:t>2018.</w:t>
      </w:r>
    </w:p>
    <w:p w14:paraId="3646CE35" w14:textId="77777777" w:rsidR="005A67E5" w:rsidRDefault="00000000">
      <w:pPr>
        <w:pStyle w:val="Heading2"/>
      </w:pPr>
      <w:r>
        <w:t>Section 1 – Child or young person’s details</w:t>
      </w:r>
    </w:p>
    <w:tbl>
      <w:tblPr>
        <w:tblStyle w:val="TableGrid"/>
        <w:tblW w:w="0" w:type="auto"/>
        <w:tblLook w:val="04A0" w:firstRow="1" w:lastRow="0" w:firstColumn="1" w:lastColumn="0" w:noHBand="0" w:noVBand="1"/>
      </w:tblPr>
      <w:tblGrid>
        <w:gridCol w:w="4964"/>
        <w:gridCol w:w="4962"/>
      </w:tblGrid>
      <w:tr w:rsidR="005A67E5" w14:paraId="78C07764" w14:textId="77777777">
        <w:tc>
          <w:tcPr>
            <w:tcW w:w="4968" w:type="dxa"/>
          </w:tcPr>
          <w:p w14:paraId="5561A61D" w14:textId="77777777" w:rsidR="005A67E5" w:rsidRDefault="00000000">
            <w:r>
              <w:t>Surname</w:t>
            </w:r>
          </w:p>
        </w:tc>
        <w:tc>
          <w:tcPr>
            <w:tcW w:w="4968" w:type="dxa"/>
          </w:tcPr>
          <w:p w14:paraId="1E2E7EBA" w14:textId="77777777" w:rsidR="005A67E5" w:rsidRDefault="00000000">
            <w:r>
              <w:br/>
            </w:r>
          </w:p>
        </w:tc>
      </w:tr>
      <w:tr w:rsidR="005A67E5" w14:paraId="24221AD4" w14:textId="77777777">
        <w:tc>
          <w:tcPr>
            <w:tcW w:w="4968" w:type="dxa"/>
          </w:tcPr>
          <w:p w14:paraId="0AB11EA8" w14:textId="77777777" w:rsidR="005A67E5" w:rsidRDefault="00000000">
            <w:r>
              <w:t>Forename(s)</w:t>
            </w:r>
          </w:p>
        </w:tc>
        <w:tc>
          <w:tcPr>
            <w:tcW w:w="4968" w:type="dxa"/>
          </w:tcPr>
          <w:p w14:paraId="47F1D917" w14:textId="77777777" w:rsidR="005A67E5" w:rsidRDefault="00000000">
            <w:r>
              <w:br/>
            </w:r>
          </w:p>
        </w:tc>
      </w:tr>
      <w:tr w:rsidR="005A67E5" w14:paraId="50A65057" w14:textId="77777777">
        <w:tc>
          <w:tcPr>
            <w:tcW w:w="4968" w:type="dxa"/>
          </w:tcPr>
          <w:p w14:paraId="4B6BF7D4" w14:textId="77777777" w:rsidR="005A67E5" w:rsidRDefault="00000000">
            <w:r>
              <w:t>Previous name(s), if applicable</w:t>
            </w:r>
          </w:p>
        </w:tc>
        <w:tc>
          <w:tcPr>
            <w:tcW w:w="4968" w:type="dxa"/>
          </w:tcPr>
          <w:p w14:paraId="080F5E6E" w14:textId="77777777" w:rsidR="005A67E5" w:rsidRDefault="00000000">
            <w:r>
              <w:br/>
            </w:r>
          </w:p>
        </w:tc>
      </w:tr>
      <w:tr w:rsidR="005A67E5" w14:paraId="27371900" w14:textId="77777777">
        <w:tc>
          <w:tcPr>
            <w:tcW w:w="4968" w:type="dxa"/>
          </w:tcPr>
          <w:p w14:paraId="17650428" w14:textId="77777777" w:rsidR="005A67E5" w:rsidRDefault="00000000">
            <w:r>
              <w:t>Date of birth</w:t>
            </w:r>
          </w:p>
        </w:tc>
        <w:tc>
          <w:tcPr>
            <w:tcW w:w="4968" w:type="dxa"/>
          </w:tcPr>
          <w:p w14:paraId="195D3140" w14:textId="77777777" w:rsidR="005A67E5" w:rsidRDefault="00000000">
            <w:r>
              <w:br/>
            </w:r>
          </w:p>
        </w:tc>
      </w:tr>
      <w:tr w:rsidR="005A67E5" w14:paraId="232955AF" w14:textId="77777777">
        <w:tc>
          <w:tcPr>
            <w:tcW w:w="4968" w:type="dxa"/>
          </w:tcPr>
          <w:p w14:paraId="07C6EA0C" w14:textId="77777777" w:rsidR="005A67E5" w:rsidRDefault="00000000">
            <w:r>
              <w:t>NHS number (if known)</w:t>
            </w:r>
          </w:p>
        </w:tc>
        <w:tc>
          <w:tcPr>
            <w:tcW w:w="4968" w:type="dxa"/>
          </w:tcPr>
          <w:p w14:paraId="750D880D" w14:textId="77777777" w:rsidR="005A67E5" w:rsidRDefault="00000000">
            <w:r>
              <w:br/>
            </w:r>
          </w:p>
        </w:tc>
      </w:tr>
      <w:tr w:rsidR="005A67E5" w14:paraId="69C4A5ED" w14:textId="77777777">
        <w:tc>
          <w:tcPr>
            <w:tcW w:w="4968" w:type="dxa"/>
          </w:tcPr>
          <w:p w14:paraId="03C8D0E7" w14:textId="77777777" w:rsidR="005A67E5" w:rsidRDefault="00000000">
            <w:r>
              <w:t>Current address and postcode</w:t>
            </w:r>
          </w:p>
        </w:tc>
        <w:tc>
          <w:tcPr>
            <w:tcW w:w="4968" w:type="dxa"/>
          </w:tcPr>
          <w:p w14:paraId="4A02D57B" w14:textId="77777777" w:rsidR="005A67E5" w:rsidRDefault="00000000">
            <w:r>
              <w:br/>
            </w:r>
          </w:p>
        </w:tc>
      </w:tr>
      <w:tr w:rsidR="005A67E5" w14:paraId="6E98317B" w14:textId="77777777">
        <w:tc>
          <w:tcPr>
            <w:tcW w:w="4968" w:type="dxa"/>
          </w:tcPr>
          <w:p w14:paraId="381E518F" w14:textId="77777777" w:rsidR="005A67E5" w:rsidRDefault="00000000">
            <w:r>
              <w:t>Previous name/address during requested period (if relevant)</w:t>
            </w:r>
          </w:p>
        </w:tc>
        <w:tc>
          <w:tcPr>
            <w:tcW w:w="4968" w:type="dxa"/>
          </w:tcPr>
          <w:p w14:paraId="7E2BBA54" w14:textId="77777777" w:rsidR="005A67E5" w:rsidRDefault="00000000">
            <w:r>
              <w:br/>
            </w:r>
          </w:p>
        </w:tc>
      </w:tr>
    </w:tbl>
    <w:p w14:paraId="5FAF3D62" w14:textId="77777777" w:rsidR="005A67E5" w:rsidRDefault="00000000">
      <w:pPr>
        <w:pStyle w:val="Heading2"/>
      </w:pPr>
      <w:r>
        <w:t>Section 2 – Applicant details</w:t>
      </w:r>
    </w:p>
    <w:tbl>
      <w:tblPr>
        <w:tblStyle w:val="TableGrid"/>
        <w:tblW w:w="0" w:type="auto"/>
        <w:tblLook w:val="04A0" w:firstRow="1" w:lastRow="0" w:firstColumn="1" w:lastColumn="0" w:noHBand="0" w:noVBand="1"/>
      </w:tblPr>
      <w:tblGrid>
        <w:gridCol w:w="4964"/>
        <w:gridCol w:w="4962"/>
      </w:tblGrid>
      <w:tr w:rsidR="005A67E5" w14:paraId="4BB86CFB" w14:textId="77777777">
        <w:tc>
          <w:tcPr>
            <w:tcW w:w="4968" w:type="dxa"/>
          </w:tcPr>
          <w:p w14:paraId="60D2C2A0" w14:textId="77777777" w:rsidR="005A67E5" w:rsidRDefault="00000000">
            <w:r>
              <w:t>Surname and forename(s)</w:t>
            </w:r>
          </w:p>
        </w:tc>
        <w:tc>
          <w:tcPr>
            <w:tcW w:w="4968" w:type="dxa"/>
          </w:tcPr>
          <w:p w14:paraId="10814ECB" w14:textId="77777777" w:rsidR="005A67E5" w:rsidRDefault="00000000">
            <w:r>
              <w:br/>
            </w:r>
          </w:p>
        </w:tc>
      </w:tr>
      <w:tr w:rsidR="005A67E5" w14:paraId="4B8C977C" w14:textId="77777777">
        <w:tc>
          <w:tcPr>
            <w:tcW w:w="4968" w:type="dxa"/>
          </w:tcPr>
          <w:p w14:paraId="7D39AB9A" w14:textId="77777777" w:rsidR="005A67E5" w:rsidRDefault="00000000">
            <w:r>
              <w:t>Relationship to child or young person</w:t>
            </w:r>
          </w:p>
        </w:tc>
        <w:tc>
          <w:tcPr>
            <w:tcW w:w="4968" w:type="dxa"/>
          </w:tcPr>
          <w:p w14:paraId="28792BA8" w14:textId="77777777" w:rsidR="005A67E5" w:rsidRDefault="00000000">
            <w:r>
              <w:br/>
            </w:r>
          </w:p>
        </w:tc>
      </w:tr>
      <w:tr w:rsidR="005A67E5" w14:paraId="63138A19" w14:textId="77777777">
        <w:tc>
          <w:tcPr>
            <w:tcW w:w="4968" w:type="dxa"/>
          </w:tcPr>
          <w:p w14:paraId="6B9C4683" w14:textId="77777777" w:rsidR="005A67E5" w:rsidRDefault="00000000">
            <w:r>
              <w:t>Address and postcode</w:t>
            </w:r>
          </w:p>
        </w:tc>
        <w:tc>
          <w:tcPr>
            <w:tcW w:w="4968" w:type="dxa"/>
          </w:tcPr>
          <w:p w14:paraId="654A00F4" w14:textId="77777777" w:rsidR="005A67E5" w:rsidRDefault="00000000">
            <w:r>
              <w:br/>
            </w:r>
          </w:p>
        </w:tc>
      </w:tr>
      <w:tr w:rsidR="005A67E5" w14:paraId="67EB9DA5" w14:textId="77777777">
        <w:tc>
          <w:tcPr>
            <w:tcW w:w="4968" w:type="dxa"/>
          </w:tcPr>
          <w:p w14:paraId="7FA5CBC7" w14:textId="77777777" w:rsidR="005A67E5" w:rsidRDefault="00000000">
            <w:r>
              <w:t>Email address</w:t>
            </w:r>
          </w:p>
        </w:tc>
        <w:tc>
          <w:tcPr>
            <w:tcW w:w="4968" w:type="dxa"/>
          </w:tcPr>
          <w:p w14:paraId="16878450" w14:textId="77777777" w:rsidR="005A67E5" w:rsidRDefault="00000000">
            <w:r>
              <w:br/>
            </w:r>
          </w:p>
        </w:tc>
      </w:tr>
      <w:tr w:rsidR="005A67E5" w14:paraId="5CA46FA4" w14:textId="77777777">
        <w:tc>
          <w:tcPr>
            <w:tcW w:w="4968" w:type="dxa"/>
          </w:tcPr>
          <w:p w14:paraId="550B9FB4" w14:textId="77777777" w:rsidR="005A67E5" w:rsidRDefault="00000000">
            <w:r>
              <w:t>Telephone number</w:t>
            </w:r>
          </w:p>
        </w:tc>
        <w:tc>
          <w:tcPr>
            <w:tcW w:w="4968" w:type="dxa"/>
          </w:tcPr>
          <w:p w14:paraId="39FA9149" w14:textId="77777777" w:rsidR="005A67E5" w:rsidRDefault="00000000">
            <w:r>
              <w:br/>
            </w:r>
          </w:p>
        </w:tc>
      </w:tr>
    </w:tbl>
    <w:p w14:paraId="2B5BC36A" w14:textId="77777777" w:rsidR="005A67E5" w:rsidRDefault="00000000">
      <w:pPr>
        <w:pStyle w:val="Heading2"/>
      </w:pPr>
      <w:r>
        <w:t>Section 3 – Authority to make this request</w:t>
      </w:r>
    </w:p>
    <w:p w14:paraId="7A64955E" w14:textId="77777777" w:rsidR="005A67E5" w:rsidRDefault="00000000">
      <w:r>
        <w:t>☐  I have parental responsibility</w:t>
      </w:r>
    </w:p>
    <w:p w14:paraId="7FC32B82" w14:textId="77777777" w:rsidR="005A67E5" w:rsidRDefault="00000000">
      <w:r>
        <w:t>☐  The young person has authorised me to act</w:t>
      </w:r>
    </w:p>
    <w:p w14:paraId="7D691DDF" w14:textId="77777777" w:rsidR="005A67E5" w:rsidRDefault="00000000">
      <w:r>
        <w:t>☐  I hold another relevant legal authority (describe below)</w:t>
      </w:r>
    </w:p>
    <w:p w14:paraId="44ABF9C2" w14:textId="77777777" w:rsidR="005A67E5" w:rsidRDefault="00000000">
      <w:r>
        <w:t>☐  Other (describe below)</w:t>
      </w:r>
    </w:p>
    <w:p w14:paraId="14996A29" w14:textId="77777777" w:rsidR="005A67E5" w:rsidRDefault="00000000">
      <w:r>
        <w:t>Authority / court order / other details: __________________________________________________</w:t>
      </w:r>
    </w:p>
    <w:p w14:paraId="5C8A62D6" w14:textId="77777777" w:rsidR="005A67E5" w:rsidRDefault="00000000">
      <w:r>
        <w:t>A person with parental responsibility does not automatically have access to confidential therapy records. YPAS will assess the child’s understanding, wishes, best interests, relevant court orders, duties of confidence and safeguarding concerns before disclosure.</w:t>
      </w:r>
    </w:p>
    <w:p w14:paraId="3E9AB674" w14:textId="77777777" w:rsidR="00373C22" w:rsidRDefault="00373C22">
      <w:pPr>
        <w:pStyle w:val="Heading2"/>
      </w:pPr>
    </w:p>
    <w:p w14:paraId="43FE9192" w14:textId="50564EF7" w:rsidR="005A67E5" w:rsidRDefault="00000000">
      <w:pPr>
        <w:pStyle w:val="Heading2"/>
      </w:pPr>
      <w:r>
        <w:t>Information required</w:t>
      </w:r>
    </w:p>
    <w:p w14:paraId="1823621D" w14:textId="77777777" w:rsidR="005A67E5" w:rsidRDefault="00000000">
      <w:r>
        <w:t>Tick the information requested. Dates or service details help us locate records, but are not mandatory.</w:t>
      </w:r>
    </w:p>
    <w:tbl>
      <w:tblPr>
        <w:tblStyle w:val="TableGrid"/>
        <w:tblW w:w="0" w:type="auto"/>
        <w:tblLook w:val="04A0" w:firstRow="1" w:lastRow="0" w:firstColumn="1" w:lastColumn="0" w:noHBand="0" w:noVBand="1"/>
      </w:tblPr>
      <w:tblGrid>
        <w:gridCol w:w="3309"/>
        <w:gridCol w:w="3308"/>
        <w:gridCol w:w="3309"/>
      </w:tblGrid>
      <w:tr w:rsidR="005A67E5" w14:paraId="1A46DCFB" w14:textId="77777777">
        <w:tc>
          <w:tcPr>
            <w:tcW w:w="3312" w:type="dxa"/>
          </w:tcPr>
          <w:p w14:paraId="20779E5F" w14:textId="77777777" w:rsidR="005A67E5" w:rsidRDefault="00000000">
            <w:r>
              <w:t>Record type</w:t>
            </w:r>
          </w:p>
        </w:tc>
        <w:tc>
          <w:tcPr>
            <w:tcW w:w="3312" w:type="dxa"/>
          </w:tcPr>
          <w:p w14:paraId="28035FF4" w14:textId="77777777" w:rsidR="005A67E5" w:rsidRDefault="00000000">
            <w:r>
              <w:t>Tick</w:t>
            </w:r>
          </w:p>
        </w:tc>
        <w:tc>
          <w:tcPr>
            <w:tcW w:w="3312" w:type="dxa"/>
          </w:tcPr>
          <w:p w14:paraId="2484EB62" w14:textId="77777777" w:rsidR="005A67E5" w:rsidRDefault="00000000">
            <w:r>
              <w:t>Date range / service / comments</w:t>
            </w:r>
          </w:p>
        </w:tc>
      </w:tr>
      <w:tr w:rsidR="005A67E5" w14:paraId="043CD280" w14:textId="77777777">
        <w:tc>
          <w:tcPr>
            <w:tcW w:w="3312" w:type="dxa"/>
          </w:tcPr>
          <w:p w14:paraId="2B983C83" w14:textId="77777777" w:rsidR="005A67E5" w:rsidRDefault="00000000">
            <w:r>
              <w:t>Session / therapy records</w:t>
            </w:r>
          </w:p>
        </w:tc>
        <w:tc>
          <w:tcPr>
            <w:tcW w:w="3312" w:type="dxa"/>
          </w:tcPr>
          <w:p w14:paraId="0A563154" w14:textId="77777777" w:rsidR="005A67E5" w:rsidRDefault="00000000">
            <w:r>
              <w:t>☐</w:t>
            </w:r>
          </w:p>
        </w:tc>
        <w:tc>
          <w:tcPr>
            <w:tcW w:w="3312" w:type="dxa"/>
          </w:tcPr>
          <w:p w14:paraId="27AF1EC9" w14:textId="77777777" w:rsidR="005A67E5" w:rsidRDefault="00000000">
            <w:r>
              <w:t xml:space="preserve"> </w:t>
            </w:r>
          </w:p>
        </w:tc>
      </w:tr>
      <w:tr w:rsidR="005A67E5" w14:paraId="3785F46C" w14:textId="77777777">
        <w:tc>
          <w:tcPr>
            <w:tcW w:w="3312" w:type="dxa"/>
          </w:tcPr>
          <w:p w14:paraId="2C6424EF" w14:textId="77777777" w:rsidR="005A67E5" w:rsidRDefault="00000000">
            <w:r>
              <w:t>Assessments and referrals</w:t>
            </w:r>
          </w:p>
        </w:tc>
        <w:tc>
          <w:tcPr>
            <w:tcW w:w="3312" w:type="dxa"/>
          </w:tcPr>
          <w:p w14:paraId="18E9B3A7" w14:textId="77777777" w:rsidR="005A67E5" w:rsidRDefault="00000000">
            <w:r>
              <w:t>☐</w:t>
            </w:r>
          </w:p>
        </w:tc>
        <w:tc>
          <w:tcPr>
            <w:tcW w:w="3312" w:type="dxa"/>
          </w:tcPr>
          <w:p w14:paraId="589DC470" w14:textId="77777777" w:rsidR="005A67E5" w:rsidRDefault="00000000">
            <w:r>
              <w:t xml:space="preserve"> </w:t>
            </w:r>
          </w:p>
        </w:tc>
      </w:tr>
      <w:tr w:rsidR="005A67E5" w14:paraId="5EF87024" w14:textId="77777777">
        <w:tc>
          <w:tcPr>
            <w:tcW w:w="3312" w:type="dxa"/>
          </w:tcPr>
          <w:p w14:paraId="28FEB71E" w14:textId="77777777" w:rsidR="005A67E5" w:rsidRDefault="00000000">
            <w:r>
              <w:t>Care plans and reviews</w:t>
            </w:r>
          </w:p>
        </w:tc>
        <w:tc>
          <w:tcPr>
            <w:tcW w:w="3312" w:type="dxa"/>
          </w:tcPr>
          <w:p w14:paraId="4EC3B23E" w14:textId="77777777" w:rsidR="005A67E5" w:rsidRDefault="00000000">
            <w:r>
              <w:t>☐</w:t>
            </w:r>
          </w:p>
        </w:tc>
        <w:tc>
          <w:tcPr>
            <w:tcW w:w="3312" w:type="dxa"/>
          </w:tcPr>
          <w:p w14:paraId="4499E524" w14:textId="77777777" w:rsidR="005A67E5" w:rsidRDefault="00000000">
            <w:r>
              <w:t xml:space="preserve"> </w:t>
            </w:r>
          </w:p>
        </w:tc>
      </w:tr>
      <w:tr w:rsidR="005A67E5" w14:paraId="2CF1C0A9" w14:textId="77777777">
        <w:tc>
          <w:tcPr>
            <w:tcW w:w="3312" w:type="dxa"/>
          </w:tcPr>
          <w:p w14:paraId="7BF2FBA7" w14:textId="77777777" w:rsidR="005A67E5" w:rsidRDefault="00000000">
            <w:r>
              <w:t>Correspondence</w:t>
            </w:r>
          </w:p>
        </w:tc>
        <w:tc>
          <w:tcPr>
            <w:tcW w:w="3312" w:type="dxa"/>
          </w:tcPr>
          <w:p w14:paraId="33AD290F" w14:textId="77777777" w:rsidR="005A67E5" w:rsidRDefault="00000000">
            <w:r>
              <w:t>☐</w:t>
            </w:r>
          </w:p>
        </w:tc>
        <w:tc>
          <w:tcPr>
            <w:tcW w:w="3312" w:type="dxa"/>
          </w:tcPr>
          <w:p w14:paraId="150CF3CD" w14:textId="77777777" w:rsidR="005A67E5" w:rsidRDefault="00000000">
            <w:r>
              <w:t xml:space="preserve"> </w:t>
            </w:r>
          </w:p>
        </w:tc>
      </w:tr>
      <w:tr w:rsidR="005A67E5" w14:paraId="6D81209C" w14:textId="77777777">
        <w:tc>
          <w:tcPr>
            <w:tcW w:w="3312" w:type="dxa"/>
          </w:tcPr>
          <w:p w14:paraId="5178EE48" w14:textId="77777777" w:rsidR="005A67E5" w:rsidRDefault="00000000">
            <w:r>
              <w:t>All personal data held</w:t>
            </w:r>
          </w:p>
        </w:tc>
        <w:tc>
          <w:tcPr>
            <w:tcW w:w="3312" w:type="dxa"/>
          </w:tcPr>
          <w:p w14:paraId="275A26A9" w14:textId="77777777" w:rsidR="005A67E5" w:rsidRDefault="00000000">
            <w:r>
              <w:t>☐</w:t>
            </w:r>
          </w:p>
        </w:tc>
        <w:tc>
          <w:tcPr>
            <w:tcW w:w="3312" w:type="dxa"/>
          </w:tcPr>
          <w:p w14:paraId="4889E774" w14:textId="77777777" w:rsidR="005A67E5" w:rsidRDefault="00000000">
            <w:r>
              <w:t xml:space="preserve"> </w:t>
            </w:r>
          </w:p>
        </w:tc>
      </w:tr>
      <w:tr w:rsidR="005A67E5" w14:paraId="1D330625" w14:textId="77777777">
        <w:tc>
          <w:tcPr>
            <w:tcW w:w="3312" w:type="dxa"/>
          </w:tcPr>
          <w:p w14:paraId="0DCCE7DA" w14:textId="77777777" w:rsidR="005A67E5" w:rsidRDefault="00000000">
            <w:r>
              <w:t>Other (specify)</w:t>
            </w:r>
          </w:p>
        </w:tc>
        <w:tc>
          <w:tcPr>
            <w:tcW w:w="3312" w:type="dxa"/>
          </w:tcPr>
          <w:p w14:paraId="08E74E52" w14:textId="77777777" w:rsidR="005A67E5" w:rsidRDefault="00000000">
            <w:r>
              <w:t>☐</w:t>
            </w:r>
          </w:p>
        </w:tc>
        <w:tc>
          <w:tcPr>
            <w:tcW w:w="3312" w:type="dxa"/>
          </w:tcPr>
          <w:p w14:paraId="2CB45524" w14:textId="77777777" w:rsidR="005A67E5" w:rsidRDefault="00000000">
            <w:r>
              <w:t xml:space="preserve"> </w:t>
            </w:r>
          </w:p>
        </w:tc>
      </w:tr>
    </w:tbl>
    <w:p w14:paraId="497F7888" w14:textId="77777777" w:rsidR="005A67E5" w:rsidRDefault="00000000">
      <w:r>
        <w:t>Further details: ___________________________________________________________________</w:t>
      </w:r>
    </w:p>
    <w:p w14:paraId="3A3FD100" w14:textId="77777777" w:rsidR="005A67E5" w:rsidRDefault="00000000">
      <w:pPr>
        <w:pStyle w:val="Heading2"/>
      </w:pPr>
      <w:r>
        <w:t>Section 4 – Young person’s views and authorisation (where appropriate)</w:t>
      </w:r>
    </w:p>
    <w:p w14:paraId="3D41AD70" w14:textId="77777777" w:rsidR="005A67E5" w:rsidRDefault="00000000">
      <w:r>
        <w:t>Has the child or young person been told about this request?  ☐ Yes  ☐ No  ☐ Unsure</w:t>
      </w:r>
    </w:p>
    <w:p w14:paraId="1BA7839F" w14:textId="77777777" w:rsidR="005A67E5" w:rsidRDefault="00000000">
      <w:r>
        <w:t>Their views (if known): ____________________________________________________________</w:t>
      </w:r>
    </w:p>
    <w:p w14:paraId="04712DC0" w14:textId="77777777" w:rsidR="005A67E5" w:rsidRDefault="00000000">
      <w:r>
        <w:t>If the young person wishes to authorise this request, they may sign below. This is not a blanket requirement for every request; YPAS will assess the circumstances individually.</w:t>
      </w:r>
    </w:p>
    <w:p w14:paraId="04F4E111" w14:textId="77777777" w:rsidR="005A67E5" w:rsidRDefault="00000000">
      <w:r>
        <w:t>Young person’s name: _____________________  Signature: _____________________  Date: __________</w:t>
      </w:r>
    </w:p>
    <w:p w14:paraId="416AF323" w14:textId="77777777" w:rsidR="005A67E5" w:rsidRDefault="00000000">
      <w:r>
        <w:t>If the young person has not been consulted, please explain (optional): __________________________</w:t>
      </w:r>
    </w:p>
    <w:p w14:paraId="3EFE54C4" w14:textId="77777777" w:rsidR="005A67E5" w:rsidRDefault="00000000">
      <w:pPr>
        <w:pStyle w:val="Heading2"/>
      </w:pPr>
      <w:r>
        <w:t>Section 5 – Preferred response method</w:t>
      </w:r>
    </w:p>
    <w:p w14:paraId="3E06AEE2" w14:textId="77777777" w:rsidR="005A67E5" w:rsidRDefault="00000000">
      <w:r>
        <w:t>☐  Secure electronic link</w:t>
      </w:r>
    </w:p>
    <w:p w14:paraId="216FD91D" w14:textId="77777777" w:rsidR="005A67E5" w:rsidRDefault="00000000">
      <w:r>
        <w:t>☐  Paper copy</w:t>
      </w:r>
    </w:p>
    <w:p w14:paraId="5AE8EC2D" w14:textId="77777777" w:rsidR="005A67E5" w:rsidRDefault="00000000">
      <w:r>
        <w:t>☐  Contact me about an accessible alternative</w:t>
      </w:r>
    </w:p>
    <w:p w14:paraId="34B94E7E" w14:textId="77777777" w:rsidR="005A67E5" w:rsidRDefault="00000000">
      <w:pPr>
        <w:pStyle w:val="Heading2"/>
      </w:pPr>
      <w:r>
        <w:t>Declaration</w:t>
      </w:r>
    </w:p>
    <w:p w14:paraId="440510F0" w14:textId="77777777" w:rsidR="005A67E5" w:rsidRDefault="00000000">
      <w:r>
        <w:t>I confirm that the information provided is accurate to the best of my knowledge. I understand YPAS will assess my request under applicable data protection law.</w:t>
      </w:r>
    </w:p>
    <w:p w14:paraId="1167A6E0" w14:textId="77777777" w:rsidR="005A67E5" w:rsidRDefault="00000000">
      <w:r>
        <w:t>Printed name: ________________________  Signature (optional): ________________________  Date: __________</w:t>
      </w:r>
    </w:p>
    <w:p w14:paraId="50799120" w14:textId="77777777" w:rsidR="005A67E5" w:rsidRDefault="00000000">
      <w:pPr>
        <w:pStyle w:val="Heading2"/>
      </w:pPr>
      <w:r>
        <w:t>Section 6 – Identity and authority checks</w:t>
      </w:r>
    </w:p>
    <w:p w14:paraId="62C169D7" w14:textId="49A63384" w:rsidR="005A67E5" w:rsidRDefault="00000000">
      <w:r>
        <w:t xml:space="preserve">YPAS </w:t>
      </w:r>
      <w:r w:rsidR="00373C22">
        <w:t>will</w:t>
      </w:r>
      <w:r>
        <w:t xml:space="preserve"> ask for suitable identification, evidence of parental responsibility, a court order or the young person’s authorisation where reasonably necessary. Examples include a birth/adoption certificate, relevant court order or suitable photographic identification. Alternative evidence may be accepted. Please do not send original documents or sensitive identity documents unless YPAS requests them and provides a secure method.</w:t>
      </w:r>
    </w:p>
    <w:p w14:paraId="3106488E" w14:textId="77777777" w:rsidR="005A67E5" w:rsidRDefault="00000000">
      <w:pPr>
        <w:pStyle w:val="Heading2"/>
      </w:pPr>
      <w:r>
        <w:t>Sending your request</w:t>
      </w:r>
    </w:p>
    <w:p w14:paraId="591A3531" w14:textId="77777777" w:rsidR="005A67E5" w:rsidRDefault="00000000">
      <w:r>
        <w:t>Subject Access Requests, Young Persons Advisory Service, 36 Bolton Street, Liverpool, L3 5LX</w:t>
      </w:r>
      <w:r>
        <w:br/>
        <w:t>Telephone: 0151 707 1025  |  Email: sar@ypas.org.uk</w:t>
      </w:r>
    </w:p>
    <w:p w14:paraId="5D778F30" w14:textId="77777777" w:rsidR="005A67E5" w:rsidRDefault="00000000">
      <w:r>
        <w:t>YPAS normally responds without undue delay and within one calendar month, subject to applicable rules. YPAS may request proportionate evidence of identity or authority if needed. Information will be provided securely; some information may be restricted by law. You may raise concerns with YPAS or the Information Commissioner’s Office (ICO).</w:t>
      </w:r>
    </w:p>
    <w:sectPr w:rsidR="005A67E5" w:rsidSect="00034616">
      <w:headerReference w:type="default" r:id="rId9"/>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6225D" w14:textId="77777777" w:rsidR="001244D6" w:rsidRDefault="001244D6">
      <w:pPr>
        <w:spacing w:after="0" w:line="240" w:lineRule="auto"/>
      </w:pPr>
      <w:r>
        <w:separator/>
      </w:r>
    </w:p>
  </w:endnote>
  <w:endnote w:type="continuationSeparator" w:id="0">
    <w:p w14:paraId="1082E64B" w14:textId="77777777" w:rsidR="001244D6" w:rsidRDefault="00124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05399" w14:textId="77777777" w:rsidR="001244D6" w:rsidRDefault="001244D6">
      <w:pPr>
        <w:spacing w:after="0" w:line="240" w:lineRule="auto"/>
      </w:pPr>
      <w:r>
        <w:separator/>
      </w:r>
    </w:p>
  </w:footnote>
  <w:footnote w:type="continuationSeparator" w:id="0">
    <w:p w14:paraId="54E79F33" w14:textId="77777777" w:rsidR="001244D6" w:rsidRDefault="00124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9CBF4" w14:textId="14017D4D" w:rsidR="00994BDF" w:rsidRPr="003B429B" w:rsidRDefault="00994BDF" w:rsidP="00994BDF">
    <w:pPr>
      <w:pStyle w:val="Subtitle"/>
      <w:rPr>
        <w:color w:val="000000" w:themeColor="text1"/>
        <w:sz w:val="16"/>
        <w:szCs w:val="16"/>
      </w:rPr>
    </w:pPr>
    <w:r w:rsidRPr="003B429B">
      <w:rPr>
        <w:rFonts w:ascii="Times New Roman"/>
        <w:noProof/>
        <w:color w:val="000000" w:themeColor="text1"/>
        <w:sz w:val="20"/>
      </w:rPr>
      <w:drawing>
        <wp:anchor distT="0" distB="0" distL="114300" distR="114300" simplePos="0" relativeHeight="251658240" behindDoc="1" locked="0" layoutInCell="1" allowOverlap="1" wp14:anchorId="5D844B2E" wp14:editId="14B69A2D">
          <wp:simplePos x="0" y="0"/>
          <wp:positionH relativeFrom="margin">
            <wp:posOffset>-292100</wp:posOffset>
          </wp:positionH>
          <wp:positionV relativeFrom="paragraph">
            <wp:posOffset>-298450</wp:posOffset>
          </wp:positionV>
          <wp:extent cx="619099" cy="355600"/>
          <wp:effectExtent l="0" t="0" r="0" b="6350"/>
          <wp:wrapNone/>
          <wp:docPr id="3" name="Picture 3" descr="A colorful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text on a black background&#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9099" cy="355600"/>
                  </a:xfrm>
                  <a:prstGeom prst="rect">
                    <a:avLst/>
                  </a:prstGeom>
                </pic:spPr>
              </pic:pic>
            </a:graphicData>
          </a:graphic>
          <wp14:sizeRelH relativeFrom="margin">
            <wp14:pctWidth>0</wp14:pctWidth>
          </wp14:sizeRelH>
          <wp14:sizeRelV relativeFrom="margin">
            <wp14:pctHeight>0</wp14:pctHeight>
          </wp14:sizeRelV>
        </wp:anchor>
      </w:drawing>
    </w:r>
    <w:r w:rsidRPr="003B429B">
      <w:rPr>
        <w:color w:val="000000" w:themeColor="text1"/>
      </w:rPr>
      <w:t xml:space="preserve">              </w:t>
    </w:r>
    <w:r w:rsidRPr="003B429B">
      <w:rPr>
        <w:color w:val="000000" w:themeColor="text1"/>
        <w:sz w:val="16"/>
        <w:szCs w:val="16"/>
      </w:rPr>
      <w:t xml:space="preserve">      </w:t>
    </w:r>
    <w:r w:rsidR="00DE1BA1" w:rsidRPr="003B429B">
      <w:rPr>
        <w:color w:val="000000" w:themeColor="text1"/>
        <w:sz w:val="16"/>
        <w:szCs w:val="16"/>
      </w:rPr>
      <w:t xml:space="preserve">                  </w:t>
    </w:r>
    <w:r w:rsidRPr="003B429B">
      <w:rPr>
        <w:color w:val="000000" w:themeColor="text1"/>
        <w:sz w:val="16"/>
        <w:szCs w:val="16"/>
      </w:rPr>
      <w:t>PARENT / CARER / REPRESENTATIVE SUBJECT ACCESS REQUEST FORM</w:t>
    </w:r>
    <w:r w:rsidRPr="003B429B">
      <w:rPr>
        <w:color w:val="000000" w:themeColor="text1"/>
        <w:sz w:val="16"/>
        <w:szCs w:val="16"/>
      </w:rPr>
      <w:t xml:space="preserve">                        </w:t>
    </w:r>
    <w:r w:rsidR="00DE1BA1" w:rsidRPr="003B429B">
      <w:rPr>
        <w:color w:val="000000" w:themeColor="text1"/>
        <w:sz w:val="16"/>
        <w:szCs w:val="16"/>
      </w:rPr>
      <w:t>October 2026</w:t>
    </w:r>
  </w:p>
  <w:p w14:paraId="3CF4F54B" w14:textId="34E20703" w:rsidR="00994BDF" w:rsidRDefault="00994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1568062">
    <w:abstractNumId w:val="8"/>
  </w:num>
  <w:num w:numId="2" w16cid:durableId="2028754460">
    <w:abstractNumId w:val="6"/>
  </w:num>
  <w:num w:numId="3" w16cid:durableId="356078873">
    <w:abstractNumId w:val="5"/>
  </w:num>
  <w:num w:numId="4" w16cid:durableId="1642271251">
    <w:abstractNumId w:val="4"/>
  </w:num>
  <w:num w:numId="5" w16cid:durableId="1577781821">
    <w:abstractNumId w:val="7"/>
  </w:num>
  <w:num w:numId="6" w16cid:durableId="888035176">
    <w:abstractNumId w:val="3"/>
  </w:num>
  <w:num w:numId="7" w16cid:durableId="119492641">
    <w:abstractNumId w:val="2"/>
  </w:num>
  <w:num w:numId="8" w16cid:durableId="1569726262">
    <w:abstractNumId w:val="1"/>
  </w:num>
  <w:num w:numId="9" w16cid:durableId="1496796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8C4"/>
    <w:rsid w:val="000B1B38"/>
    <w:rsid w:val="001244D6"/>
    <w:rsid w:val="0015074B"/>
    <w:rsid w:val="0029639D"/>
    <w:rsid w:val="00326F90"/>
    <w:rsid w:val="00373C22"/>
    <w:rsid w:val="003B429B"/>
    <w:rsid w:val="005A67E5"/>
    <w:rsid w:val="005F5B2E"/>
    <w:rsid w:val="00994BDF"/>
    <w:rsid w:val="00AA1D8D"/>
    <w:rsid w:val="00B47730"/>
    <w:rsid w:val="00CB0664"/>
    <w:rsid w:val="00DE1BA1"/>
    <w:rsid w:val="00FA7F9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508565"/>
  <w14:defaultImageDpi w14:val="300"/>
  <w15:docId w15:val="{3A984ABA-A41A-4332-8A1D-7F12BBFFC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465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6465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6465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443</Words>
  <Characters>3089</Characters>
  <Application>Microsoft Office Word</Application>
  <DocSecurity>0</DocSecurity>
  <Lines>90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Val O'Donnell</cp:lastModifiedBy>
  <cp:revision>3</cp:revision>
  <dcterms:created xsi:type="dcterms:W3CDTF">2026-10-09T18:01:00Z</dcterms:created>
  <dcterms:modified xsi:type="dcterms:W3CDTF">2026-10-09T18:19:00Z</dcterms:modified>
  <cp:category/>
</cp:coreProperties>
</file>