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D85AC" w14:textId="77777777" w:rsidR="00363FF0" w:rsidRDefault="00363FF0">
      <w:pPr>
        <w:pStyle w:val="Subtitle"/>
      </w:pPr>
    </w:p>
    <w:p w14:paraId="4DF89E46" w14:textId="79DCC1CB" w:rsidR="00363FF0" w:rsidRDefault="00363FF0" w:rsidP="00363FF0">
      <w:pPr>
        <w:pStyle w:val="Subtitle"/>
        <w:jc w:val="center"/>
      </w:pPr>
      <w:r>
        <w:rPr>
          <w:noProof/>
        </w:rPr>
        <w:drawing>
          <wp:inline distT="0" distB="0" distL="0" distR="0" wp14:anchorId="4CD9024A" wp14:editId="21D81650">
            <wp:extent cx="1243965" cy="640080"/>
            <wp:effectExtent l="0" t="0" r="0" b="7620"/>
            <wp:docPr id="1986724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965" cy="640080"/>
                    </a:xfrm>
                    <a:prstGeom prst="rect">
                      <a:avLst/>
                    </a:prstGeom>
                    <a:noFill/>
                  </pic:spPr>
                </pic:pic>
              </a:graphicData>
            </a:graphic>
          </wp:inline>
        </w:drawing>
      </w:r>
    </w:p>
    <w:p w14:paraId="53897298" w14:textId="55DCB4CD" w:rsidR="00E573B4" w:rsidRDefault="00000000">
      <w:pPr>
        <w:pStyle w:val="Subtitle"/>
      </w:pPr>
      <w:r>
        <w:t>INDIVIDUAL SUBJECT ACCESS REQUEST FORM</w:t>
      </w:r>
    </w:p>
    <w:p w14:paraId="5AFE0FA1" w14:textId="77777777" w:rsidR="00E573B4" w:rsidRDefault="00000000">
      <w:r>
        <w:t>Application for access to personal information under the UK GDPR and Data Protection Act 2018 (as amended).</w:t>
      </w:r>
    </w:p>
    <w:p w14:paraId="5FAA683B" w14:textId="77777777" w:rsidR="00E573B4" w:rsidRDefault="00000000">
      <w:r>
        <w:t>This form is optional. A subject access request can also be made verbally or in writing without using this form.</w:t>
      </w:r>
    </w:p>
    <w:p w14:paraId="276D89FC" w14:textId="77777777" w:rsidR="00E573B4" w:rsidRDefault="00000000">
      <w:pPr>
        <w:pStyle w:val="Heading2"/>
      </w:pPr>
      <w:r>
        <w:t>Section 1 – Your details</w:t>
      </w:r>
    </w:p>
    <w:tbl>
      <w:tblPr>
        <w:tblStyle w:val="TableGrid"/>
        <w:tblW w:w="0" w:type="auto"/>
        <w:tblLook w:val="04A0" w:firstRow="1" w:lastRow="0" w:firstColumn="1" w:lastColumn="0" w:noHBand="0" w:noVBand="1"/>
      </w:tblPr>
      <w:tblGrid>
        <w:gridCol w:w="4968"/>
        <w:gridCol w:w="4968"/>
      </w:tblGrid>
      <w:tr w:rsidR="00E573B4" w14:paraId="3E3B272F" w14:textId="77777777">
        <w:tc>
          <w:tcPr>
            <w:tcW w:w="4968" w:type="dxa"/>
          </w:tcPr>
          <w:p w14:paraId="30534743" w14:textId="77777777" w:rsidR="00E573B4" w:rsidRDefault="00000000">
            <w:r>
              <w:t>Surname</w:t>
            </w:r>
          </w:p>
        </w:tc>
        <w:tc>
          <w:tcPr>
            <w:tcW w:w="4968" w:type="dxa"/>
          </w:tcPr>
          <w:p w14:paraId="05E1B075" w14:textId="77777777" w:rsidR="00E573B4" w:rsidRDefault="00000000">
            <w:r>
              <w:br/>
            </w:r>
          </w:p>
        </w:tc>
      </w:tr>
      <w:tr w:rsidR="00E573B4" w14:paraId="787E2299" w14:textId="77777777">
        <w:tc>
          <w:tcPr>
            <w:tcW w:w="4968" w:type="dxa"/>
          </w:tcPr>
          <w:p w14:paraId="7E5B1621" w14:textId="77777777" w:rsidR="00E573B4" w:rsidRDefault="00000000">
            <w:r>
              <w:t>Forename(s)</w:t>
            </w:r>
          </w:p>
        </w:tc>
        <w:tc>
          <w:tcPr>
            <w:tcW w:w="4968" w:type="dxa"/>
          </w:tcPr>
          <w:p w14:paraId="076CEAF3" w14:textId="77777777" w:rsidR="00E573B4" w:rsidRDefault="00000000">
            <w:r>
              <w:br/>
            </w:r>
          </w:p>
        </w:tc>
      </w:tr>
      <w:tr w:rsidR="00E573B4" w14:paraId="6ED98A12" w14:textId="77777777">
        <w:tc>
          <w:tcPr>
            <w:tcW w:w="4968" w:type="dxa"/>
          </w:tcPr>
          <w:p w14:paraId="1A023BE0" w14:textId="77777777" w:rsidR="00E573B4" w:rsidRDefault="00000000">
            <w:r>
              <w:t>Previous name(s), if applicable</w:t>
            </w:r>
          </w:p>
        </w:tc>
        <w:tc>
          <w:tcPr>
            <w:tcW w:w="4968" w:type="dxa"/>
          </w:tcPr>
          <w:p w14:paraId="62BFB041" w14:textId="77777777" w:rsidR="00E573B4" w:rsidRDefault="00000000">
            <w:r>
              <w:br/>
            </w:r>
          </w:p>
        </w:tc>
      </w:tr>
      <w:tr w:rsidR="00E573B4" w14:paraId="7A4D57D4" w14:textId="77777777">
        <w:tc>
          <w:tcPr>
            <w:tcW w:w="4968" w:type="dxa"/>
          </w:tcPr>
          <w:p w14:paraId="2A92DA4A" w14:textId="77777777" w:rsidR="00E573B4" w:rsidRDefault="00000000">
            <w:r>
              <w:t>Date of birth</w:t>
            </w:r>
          </w:p>
        </w:tc>
        <w:tc>
          <w:tcPr>
            <w:tcW w:w="4968" w:type="dxa"/>
          </w:tcPr>
          <w:p w14:paraId="5ECD0533" w14:textId="77777777" w:rsidR="00E573B4" w:rsidRDefault="00000000">
            <w:r>
              <w:br/>
            </w:r>
          </w:p>
        </w:tc>
      </w:tr>
      <w:tr w:rsidR="00E573B4" w14:paraId="66DD7F38" w14:textId="77777777">
        <w:tc>
          <w:tcPr>
            <w:tcW w:w="4968" w:type="dxa"/>
          </w:tcPr>
          <w:p w14:paraId="042F6C36" w14:textId="77777777" w:rsidR="00E573B4" w:rsidRDefault="00000000">
            <w:r>
              <w:t>NHS number (if known)</w:t>
            </w:r>
          </w:p>
        </w:tc>
        <w:tc>
          <w:tcPr>
            <w:tcW w:w="4968" w:type="dxa"/>
          </w:tcPr>
          <w:p w14:paraId="2A570166" w14:textId="77777777" w:rsidR="00E573B4" w:rsidRDefault="00000000">
            <w:r>
              <w:br/>
            </w:r>
          </w:p>
        </w:tc>
      </w:tr>
      <w:tr w:rsidR="00E573B4" w14:paraId="6C7BD13F" w14:textId="77777777">
        <w:tc>
          <w:tcPr>
            <w:tcW w:w="4968" w:type="dxa"/>
          </w:tcPr>
          <w:p w14:paraId="5A666707" w14:textId="77777777" w:rsidR="00E573B4" w:rsidRDefault="00000000">
            <w:r>
              <w:t>Current address and postcode</w:t>
            </w:r>
          </w:p>
        </w:tc>
        <w:tc>
          <w:tcPr>
            <w:tcW w:w="4968" w:type="dxa"/>
          </w:tcPr>
          <w:p w14:paraId="258B4FA9" w14:textId="77777777" w:rsidR="00E573B4" w:rsidRDefault="00000000">
            <w:r>
              <w:br/>
            </w:r>
          </w:p>
        </w:tc>
      </w:tr>
      <w:tr w:rsidR="00E573B4" w14:paraId="49A293F6" w14:textId="77777777">
        <w:tc>
          <w:tcPr>
            <w:tcW w:w="4968" w:type="dxa"/>
          </w:tcPr>
          <w:p w14:paraId="65174955" w14:textId="77777777" w:rsidR="00E573B4" w:rsidRDefault="00000000">
            <w:r>
              <w:t>Previous name/address during requested period (if relevant)</w:t>
            </w:r>
          </w:p>
        </w:tc>
        <w:tc>
          <w:tcPr>
            <w:tcW w:w="4968" w:type="dxa"/>
          </w:tcPr>
          <w:p w14:paraId="49652E00" w14:textId="77777777" w:rsidR="00E573B4" w:rsidRDefault="00000000">
            <w:r>
              <w:br/>
            </w:r>
          </w:p>
        </w:tc>
      </w:tr>
      <w:tr w:rsidR="00E573B4" w14:paraId="1E543DF4" w14:textId="77777777">
        <w:tc>
          <w:tcPr>
            <w:tcW w:w="4968" w:type="dxa"/>
          </w:tcPr>
          <w:p w14:paraId="7D1315A9" w14:textId="77777777" w:rsidR="00E573B4" w:rsidRDefault="00000000">
            <w:r>
              <w:t>Email address</w:t>
            </w:r>
          </w:p>
        </w:tc>
        <w:tc>
          <w:tcPr>
            <w:tcW w:w="4968" w:type="dxa"/>
          </w:tcPr>
          <w:p w14:paraId="6032F7AB" w14:textId="77777777" w:rsidR="00E573B4" w:rsidRDefault="00000000">
            <w:r>
              <w:br/>
            </w:r>
          </w:p>
        </w:tc>
      </w:tr>
      <w:tr w:rsidR="00E573B4" w14:paraId="71BA0CBC" w14:textId="77777777">
        <w:tc>
          <w:tcPr>
            <w:tcW w:w="4968" w:type="dxa"/>
          </w:tcPr>
          <w:p w14:paraId="20D98386" w14:textId="77777777" w:rsidR="00E573B4" w:rsidRDefault="00000000">
            <w:r>
              <w:t>Telephone number</w:t>
            </w:r>
          </w:p>
        </w:tc>
        <w:tc>
          <w:tcPr>
            <w:tcW w:w="4968" w:type="dxa"/>
          </w:tcPr>
          <w:p w14:paraId="539762E7" w14:textId="77777777" w:rsidR="00E573B4" w:rsidRDefault="00000000">
            <w:r>
              <w:br/>
            </w:r>
          </w:p>
        </w:tc>
      </w:tr>
    </w:tbl>
    <w:p w14:paraId="098779D1" w14:textId="77777777" w:rsidR="00E573B4" w:rsidRDefault="00000000">
      <w:pPr>
        <w:pStyle w:val="Heading2"/>
      </w:pPr>
      <w:r>
        <w:t>Information required</w:t>
      </w:r>
    </w:p>
    <w:p w14:paraId="2D590199" w14:textId="77777777" w:rsidR="00E573B4" w:rsidRDefault="00000000">
      <w:r>
        <w:t>Tick the information requested. Dates or service details help us locate records, but are not mandatory.</w:t>
      </w:r>
    </w:p>
    <w:tbl>
      <w:tblPr>
        <w:tblStyle w:val="TableGrid"/>
        <w:tblW w:w="0" w:type="auto"/>
        <w:tblLook w:val="04A0" w:firstRow="1" w:lastRow="0" w:firstColumn="1" w:lastColumn="0" w:noHBand="0" w:noVBand="1"/>
      </w:tblPr>
      <w:tblGrid>
        <w:gridCol w:w="3312"/>
        <w:gridCol w:w="3312"/>
        <w:gridCol w:w="3312"/>
      </w:tblGrid>
      <w:tr w:rsidR="00E573B4" w14:paraId="1768F137" w14:textId="77777777">
        <w:tc>
          <w:tcPr>
            <w:tcW w:w="3312" w:type="dxa"/>
          </w:tcPr>
          <w:p w14:paraId="4A9F06AD" w14:textId="77777777" w:rsidR="00E573B4" w:rsidRDefault="00000000">
            <w:r>
              <w:t>Record type</w:t>
            </w:r>
          </w:p>
        </w:tc>
        <w:tc>
          <w:tcPr>
            <w:tcW w:w="3312" w:type="dxa"/>
          </w:tcPr>
          <w:p w14:paraId="51CFE83F" w14:textId="77777777" w:rsidR="00E573B4" w:rsidRDefault="00000000">
            <w:r>
              <w:t>Tick</w:t>
            </w:r>
          </w:p>
        </w:tc>
        <w:tc>
          <w:tcPr>
            <w:tcW w:w="3312" w:type="dxa"/>
          </w:tcPr>
          <w:p w14:paraId="300DAB14" w14:textId="77777777" w:rsidR="00E573B4" w:rsidRDefault="00000000">
            <w:r>
              <w:t>Date range / service / comments</w:t>
            </w:r>
          </w:p>
        </w:tc>
      </w:tr>
      <w:tr w:rsidR="00E573B4" w14:paraId="2FEC53CB" w14:textId="77777777">
        <w:tc>
          <w:tcPr>
            <w:tcW w:w="3312" w:type="dxa"/>
          </w:tcPr>
          <w:p w14:paraId="2FFA8161" w14:textId="77777777" w:rsidR="00E573B4" w:rsidRDefault="00000000">
            <w:r>
              <w:t>Session / therapy records</w:t>
            </w:r>
          </w:p>
        </w:tc>
        <w:tc>
          <w:tcPr>
            <w:tcW w:w="3312" w:type="dxa"/>
          </w:tcPr>
          <w:p w14:paraId="38423B22" w14:textId="77777777" w:rsidR="00E573B4" w:rsidRDefault="00000000">
            <w:r>
              <w:t>☐</w:t>
            </w:r>
          </w:p>
        </w:tc>
        <w:tc>
          <w:tcPr>
            <w:tcW w:w="3312" w:type="dxa"/>
          </w:tcPr>
          <w:p w14:paraId="5FE35979" w14:textId="77777777" w:rsidR="00E573B4" w:rsidRDefault="00000000">
            <w:r>
              <w:t xml:space="preserve"> </w:t>
            </w:r>
          </w:p>
        </w:tc>
      </w:tr>
      <w:tr w:rsidR="00E573B4" w14:paraId="7D660000" w14:textId="77777777">
        <w:tc>
          <w:tcPr>
            <w:tcW w:w="3312" w:type="dxa"/>
          </w:tcPr>
          <w:p w14:paraId="18576E9C" w14:textId="77777777" w:rsidR="00E573B4" w:rsidRDefault="00000000">
            <w:r>
              <w:t>Assessments and referrals</w:t>
            </w:r>
          </w:p>
        </w:tc>
        <w:tc>
          <w:tcPr>
            <w:tcW w:w="3312" w:type="dxa"/>
          </w:tcPr>
          <w:p w14:paraId="6D3B24AB" w14:textId="77777777" w:rsidR="00E573B4" w:rsidRDefault="00000000">
            <w:r>
              <w:t>☐</w:t>
            </w:r>
          </w:p>
        </w:tc>
        <w:tc>
          <w:tcPr>
            <w:tcW w:w="3312" w:type="dxa"/>
          </w:tcPr>
          <w:p w14:paraId="10FAB7B3" w14:textId="77777777" w:rsidR="00E573B4" w:rsidRDefault="00000000">
            <w:r>
              <w:t xml:space="preserve"> </w:t>
            </w:r>
          </w:p>
        </w:tc>
      </w:tr>
      <w:tr w:rsidR="00E573B4" w14:paraId="6BD2706A" w14:textId="77777777">
        <w:tc>
          <w:tcPr>
            <w:tcW w:w="3312" w:type="dxa"/>
          </w:tcPr>
          <w:p w14:paraId="4D1B061F" w14:textId="77777777" w:rsidR="00E573B4" w:rsidRDefault="00000000">
            <w:r>
              <w:t>Care plans and reviews</w:t>
            </w:r>
          </w:p>
        </w:tc>
        <w:tc>
          <w:tcPr>
            <w:tcW w:w="3312" w:type="dxa"/>
          </w:tcPr>
          <w:p w14:paraId="20C6B27F" w14:textId="77777777" w:rsidR="00E573B4" w:rsidRDefault="00000000">
            <w:r>
              <w:t>☐</w:t>
            </w:r>
          </w:p>
        </w:tc>
        <w:tc>
          <w:tcPr>
            <w:tcW w:w="3312" w:type="dxa"/>
          </w:tcPr>
          <w:p w14:paraId="01BA86CF" w14:textId="77777777" w:rsidR="00E573B4" w:rsidRDefault="00000000">
            <w:r>
              <w:t xml:space="preserve"> </w:t>
            </w:r>
          </w:p>
        </w:tc>
      </w:tr>
      <w:tr w:rsidR="00E573B4" w14:paraId="3CEE983C" w14:textId="77777777">
        <w:tc>
          <w:tcPr>
            <w:tcW w:w="3312" w:type="dxa"/>
          </w:tcPr>
          <w:p w14:paraId="032F7BB7" w14:textId="77777777" w:rsidR="00E573B4" w:rsidRDefault="00000000">
            <w:r>
              <w:t>Correspondence</w:t>
            </w:r>
          </w:p>
        </w:tc>
        <w:tc>
          <w:tcPr>
            <w:tcW w:w="3312" w:type="dxa"/>
          </w:tcPr>
          <w:p w14:paraId="4FA9C092" w14:textId="77777777" w:rsidR="00E573B4" w:rsidRDefault="00000000">
            <w:r>
              <w:t>☐</w:t>
            </w:r>
          </w:p>
        </w:tc>
        <w:tc>
          <w:tcPr>
            <w:tcW w:w="3312" w:type="dxa"/>
          </w:tcPr>
          <w:p w14:paraId="3E4D7782" w14:textId="77777777" w:rsidR="00E573B4" w:rsidRDefault="00000000">
            <w:r>
              <w:t xml:space="preserve"> </w:t>
            </w:r>
          </w:p>
        </w:tc>
      </w:tr>
      <w:tr w:rsidR="00E573B4" w14:paraId="502A76CC" w14:textId="77777777">
        <w:tc>
          <w:tcPr>
            <w:tcW w:w="3312" w:type="dxa"/>
          </w:tcPr>
          <w:p w14:paraId="2852FFC1" w14:textId="77777777" w:rsidR="00E573B4" w:rsidRDefault="00000000">
            <w:r>
              <w:t>All personal data held</w:t>
            </w:r>
          </w:p>
        </w:tc>
        <w:tc>
          <w:tcPr>
            <w:tcW w:w="3312" w:type="dxa"/>
          </w:tcPr>
          <w:p w14:paraId="132A4D4F" w14:textId="77777777" w:rsidR="00E573B4" w:rsidRDefault="00000000">
            <w:r>
              <w:t>☐</w:t>
            </w:r>
          </w:p>
        </w:tc>
        <w:tc>
          <w:tcPr>
            <w:tcW w:w="3312" w:type="dxa"/>
          </w:tcPr>
          <w:p w14:paraId="58E47A08" w14:textId="77777777" w:rsidR="00E573B4" w:rsidRDefault="00000000">
            <w:r>
              <w:t xml:space="preserve"> </w:t>
            </w:r>
          </w:p>
        </w:tc>
      </w:tr>
      <w:tr w:rsidR="00E573B4" w14:paraId="0E188F15" w14:textId="77777777">
        <w:tc>
          <w:tcPr>
            <w:tcW w:w="3312" w:type="dxa"/>
          </w:tcPr>
          <w:p w14:paraId="081C4D8C" w14:textId="77777777" w:rsidR="00E573B4" w:rsidRDefault="00000000">
            <w:r>
              <w:t>Other (specify)</w:t>
            </w:r>
          </w:p>
        </w:tc>
        <w:tc>
          <w:tcPr>
            <w:tcW w:w="3312" w:type="dxa"/>
          </w:tcPr>
          <w:p w14:paraId="40D7BABE" w14:textId="77777777" w:rsidR="00E573B4" w:rsidRDefault="00000000">
            <w:r>
              <w:t>☐</w:t>
            </w:r>
          </w:p>
        </w:tc>
        <w:tc>
          <w:tcPr>
            <w:tcW w:w="3312" w:type="dxa"/>
          </w:tcPr>
          <w:p w14:paraId="2F23DE6C" w14:textId="77777777" w:rsidR="00E573B4" w:rsidRDefault="00000000">
            <w:r>
              <w:t xml:space="preserve"> </w:t>
            </w:r>
          </w:p>
        </w:tc>
      </w:tr>
    </w:tbl>
    <w:p w14:paraId="5F35D4CB" w14:textId="77777777" w:rsidR="00E573B4" w:rsidRDefault="00000000">
      <w:r>
        <w:t>Further details: ___________________________________________________________________</w:t>
      </w:r>
    </w:p>
    <w:p w14:paraId="2F316A7B" w14:textId="77777777" w:rsidR="00E573B4" w:rsidRDefault="00000000">
      <w:pPr>
        <w:pStyle w:val="Heading2"/>
      </w:pPr>
      <w:r>
        <w:t>How would you like to receive your information?</w:t>
      </w:r>
    </w:p>
    <w:p w14:paraId="15CEB865" w14:textId="77777777" w:rsidR="00E573B4" w:rsidRDefault="00000000">
      <w:r>
        <w:t>☐  Secure electronic link to the email above</w:t>
      </w:r>
    </w:p>
    <w:p w14:paraId="3684A7A6" w14:textId="77777777" w:rsidR="00E573B4" w:rsidRDefault="00000000">
      <w:r>
        <w:t>☐  Paper copy by post</w:t>
      </w:r>
    </w:p>
    <w:p w14:paraId="1A20648C" w14:textId="77777777" w:rsidR="00E573B4" w:rsidRDefault="00000000">
      <w:r>
        <w:t>☐  Please contact me about an accessible alternative</w:t>
      </w:r>
    </w:p>
    <w:p w14:paraId="67BE0F25" w14:textId="77777777" w:rsidR="00E573B4" w:rsidRDefault="00000000">
      <w:r>
        <w:t>YPAS will confirm the appropriate secure delivery method before sharing sensitive records.</w:t>
      </w:r>
    </w:p>
    <w:p w14:paraId="0157F8CE" w14:textId="77777777" w:rsidR="00E573B4" w:rsidRDefault="00000000">
      <w:pPr>
        <w:pStyle w:val="Heading2"/>
      </w:pPr>
      <w:r>
        <w:lastRenderedPageBreak/>
        <w:t>Declaration</w:t>
      </w:r>
    </w:p>
    <w:p w14:paraId="26F09BB4" w14:textId="77777777" w:rsidR="00E573B4" w:rsidRDefault="00000000">
      <w:r>
        <w:t>I confirm that the information provided is accurate to the best of my knowledge. I understand YPAS will assess my request under applicable data protection law.</w:t>
      </w:r>
    </w:p>
    <w:p w14:paraId="779209F3" w14:textId="77777777" w:rsidR="00E573B4" w:rsidRDefault="00000000">
      <w:r>
        <w:t>Printed name: ________________________  Signature (optional): ________________________  Date: __________</w:t>
      </w:r>
    </w:p>
    <w:p w14:paraId="3894B882" w14:textId="77777777" w:rsidR="00E573B4" w:rsidRDefault="00000000">
      <w:pPr>
        <w:pStyle w:val="Heading2"/>
      </w:pPr>
      <w:r>
        <w:t>Sending your request</w:t>
      </w:r>
    </w:p>
    <w:p w14:paraId="3C7733CF" w14:textId="77777777" w:rsidR="00E573B4" w:rsidRDefault="00000000">
      <w:r>
        <w:t>Subject Access Requests, Young Persons Advisory Service, 36 Bolton Street, Liverpool, L3 5LX</w:t>
      </w:r>
      <w:r>
        <w:br/>
        <w:t>Telephone: 0151 707 1025  |  Email: sar@ypas.org.uk</w:t>
      </w:r>
    </w:p>
    <w:p w14:paraId="440B6B35" w14:textId="77777777" w:rsidR="00E573B4" w:rsidRDefault="00000000">
      <w:r>
        <w:t>YPAS normally responds without undue delay and within one calendar month, subject to applicable rules. YPAS may request proportionate evidence of identity or authority if needed. Information will be provided securely; some information may be restricted by law. You may raise concerns with YPAS or the Information Commissioner’s Office (ICO).</w:t>
      </w:r>
    </w:p>
    <w:sectPr w:rsidR="00E573B4" w:rsidSect="00034616">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1E16" w14:textId="77777777" w:rsidR="0080039D" w:rsidRDefault="0080039D">
      <w:pPr>
        <w:spacing w:after="0" w:line="240" w:lineRule="auto"/>
      </w:pPr>
      <w:r>
        <w:separator/>
      </w:r>
    </w:p>
  </w:endnote>
  <w:endnote w:type="continuationSeparator" w:id="0">
    <w:p w14:paraId="1A32365D" w14:textId="77777777" w:rsidR="0080039D" w:rsidRDefault="00800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1938" w14:textId="77777777" w:rsidR="000E1EF5" w:rsidRDefault="000E1E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7B02" w14:textId="77777777" w:rsidR="000E1EF5" w:rsidRDefault="000E1E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CF31" w14:textId="77777777" w:rsidR="000E1EF5" w:rsidRDefault="000E1E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8734D" w14:textId="77777777" w:rsidR="0080039D" w:rsidRDefault="0080039D">
      <w:pPr>
        <w:spacing w:after="0" w:line="240" w:lineRule="auto"/>
      </w:pPr>
      <w:r>
        <w:separator/>
      </w:r>
    </w:p>
  </w:footnote>
  <w:footnote w:type="continuationSeparator" w:id="0">
    <w:p w14:paraId="1DE2616F" w14:textId="77777777" w:rsidR="0080039D" w:rsidRDefault="008003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3BBB" w14:textId="77777777" w:rsidR="000E1EF5" w:rsidRDefault="000E1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89E9" w14:textId="49DD946D" w:rsidR="000E1EF5" w:rsidRDefault="000E1EF5">
    <w:pPr>
      <w:pStyle w:val="Header"/>
    </w:pPr>
    <w:r>
      <w:rPr>
        <w:noProof/>
      </w:rPr>
      <w:drawing>
        <wp:inline distT="0" distB="0" distL="0" distR="0" wp14:anchorId="0FF1AEDC" wp14:editId="53F0A814">
          <wp:extent cx="615950" cy="353695"/>
          <wp:effectExtent l="0" t="0" r="0" b="8255"/>
          <wp:docPr id="1560534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353695"/>
                  </a:xfrm>
                  <a:prstGeom prst="rect">
                    <a:avLst/>
                  </a:prstGeom>
                  <a:noFill/>
                </pic:spPr>
              </pic:pic>
            </a:graphicData>
          </a:graphic>
        </wp:inline>
      </w:drawing>
    </w:r>
    <w:r>
      <w:t xml:space="preserve">                                                                   Individual Subject Access Request Form                                                                    Oct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4363" w14:textId="77777777" w:rsidR="000E1EF5" w:rsidRDefault="000E1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2468239">
    <w:abstractNumId w:val="8"/>
  </w:num>
  <w:num w:numId="2" w16cid:durableId="1936789745">
    <w:abstractNumId w:val="6"/>
  </w:num>
  <w:num w:numId="3" w16cid:durableId="358897321">
    <w:abstractNumId w:val="5"/>
  </w:num>
  <w:num w:numId="4" w16cid:durableId="1018120047">
    <w:abstractNumId w:val="4"/>
  </w:num>
  <w:num w:numId="5" w16cid:durableId="783812477">
    <w:abstractNumId w:val="7"/>
  </w:num>
  <w:num w:numId="6" w16cid:durableId="1328171668">
    <w:abstractNumId w:val="3"/>
  </w:num>
  <w:num w:numId="7" w16cid:durableId="1944147518">
    <w:abstractNumId w:val="2"/>
  </w:num>
  <w:num w:numId="8" w16cid:durableId="408159779">
    <w:abstractNumId w:val="1"/>
  </w:num>
  <w:num w:numId="9" w16cid:durableId="1894390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1B38"/>
    <w:rsid w:val="000E1EF5"/>
    <w:rsid w:val="0015074B"/>
    <w:rsid w:val="0029639D"/>
    <w:rsid w:val="002E35BB"/>
    <w:rsid w:val="00326F90"/>
    <w:rsid w:val="00363FF0"/>
    <w:rsid w:val="0080039D"/>
    <w:rsid w:val="00AA1D8D"/>
    <w:rsid w:val="00B47730"/>
    <w:rsid w:val="00CB0664"/>
    <w:rsid w:val="00E573B4"/>
    <w:rsid w:val="00F61C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C447C0"/>
  <w14:defaultImageDpi w14:val="300"/>
  <w15:docId w15:val="{3A984ABA-A41A-4332-8A1D-7F12BBFFC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6465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6465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6465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285</Words>
  <Characters>1701</Characters>
  <Application>Microsoft Office Word</Application>
  <DocSecurity>0</DocSecurity>
  <Lines>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Val O'Donnell</cp:lastModifiedBy>
  <cp:revision>4</cp:revision>
  <dcterms:created xsi:type="dcterms:W3CDTF">2026-10-09T18:07:00Z</dcterms:created>
  <dcterms:modified xsi:type="dcterms:W3CDTF">2026-10-09T18:23:00Z</dcterms:modified>
  <cp:category/>
</cp:coreProperties>
</file>